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3302" w14:textId="32E83C2A" w:rsidR="00982B36" w:rsidRPr="002C598A" w:rsidRDefault="007C5630">
      <w:pPr>
        <w:spacing w:after="60"/>
        <w:jc w:val="center"/>
        <w:rPr>
          <w:rFonts w:asciiTheme="majorEastAsia" w:eastAsiaTheme="majorEastAsia" w:hAnsiTheme="majorEastAsia"/>
          <w:lang w:eastAsia="ja-JP"/>
        </w:rPr>
      </w:pPr>
      <w:r w:rsidRPr="002C598A">
        <w:rPr>
          <w:rFonts w:asciiTheme="majorEastAsia" w:eastAsiaTheme="majorEastAsia" w:hAnsiTheme="majorEastAsia"/>
          <w:b/>
          <w:sz w:val="26"/>
          <w:lang w:eastAsia="ja-JP"/>
        </w:rPr>
        <w:t>令和８年主任介護支援専門員更新研修　研修レポート</w:t>
      </w:r>
      <w:r w:rsidR="00722B07">
        <w:rPr>
          <w:rFonts w:asciiTheme="majorEastAsia" w:eastAsiaTheme="majorEastAsia" w:hAnsiTheme="majorEastAsia" w:hint="eastAsia"/>
          <w:b/>
          <w:sz w:val="26"/>
          <w:lang w:eastAsia="ja-JP"/>
        </w:rPr>
        <w:t xml:space="preserve">　　</w:t>
      </w:r>
      <w:r w:rsidR="00722B07" w:rsidRPr="00722B07">
        <w:rPr>
          <w:rFonts w:asciiTheme="majorEastAsia" w:eastAsiaTheme="majorEastAsia" w:hAnsiTheme="majorEastAsia" w:hint="eastAsia"/>
          <w:b/>
          <w:sz w:val="20"/>
          <w:szCs w:val="20"/>
          <w:lang w:eastAsia="ja-JP"/>
        </w:rPr>
        <w:t>※提出期限１１月２日（月）</w:t>
      </w:r>
    </w:p>
    <w:tbl>
      <w:tblPr>
        <w:tblStyle w:val="afe"/>
        <w:tblW w:w="0" w:type="auto"/>
        <w:tblLook w:val="04A0" w:firstRow="1" w:lastRow="0" w:firstColumn="1" w:lastColumn="0" w:noHBand="0" w:noVBand="1"/>
      </w:tblPr>
      <w:tblGrid>
        <w:gridCol w:w="9856"/>
      </w:tblGrid>
      <w:tr w:rsidR="008E13DA" w:rsidRPr="002C598A" w14:paraId="684D1635" w14:textId="77777777" w:rsidTr="008E13DA">
        <w:tc>
          <w:tcPr>
            <w:tcW w:w="9856" w:type="dxa"/>
          </w:tcPr>
          <w:p w14:paraId="3F2E24F8" w14:textId="77777777" w:rsidR="008E13DA" w:rsidRPr="002C598A" w:rsidRDefault="008E13DA" w:rsidP="003D4F75">
            <w:pPr>
              <w:spacing w:before="80" w:after="20"/>
              <w:rPr>
                <w:rFonts w:asciiTheme="majorEastAsia" w:eastAsiaTheme="majorEastAsia" w:hAnsiTheme="majorEastAsia"/>
                <w:bCs/>
                <w:lang w:eastAsia="ja-JP"/>
              </w:rPr>
            </w:pPr>
            <w:r>
              <w:rPr>
                <w:rFonts w:asciiTheme="majorEastAsia" w:eastAsiaTheme="majorEastAsia" w:hAnsiTheme="majorEastAsia" w:hint="eastAsia"/>
                <w:bCs/>
                <w:lang w:eastAsia="ja-JP"/>
              </w:rPr>
              <w:t>タイトル：</w:t>
            </w:r>
          </w:p>
        </w:tc>
      </w:tr>
      <w:tr w:rsidR="00722B07" w:rsidRPr="002C598A" w14:paraId="5E3370D1" w14:textId="77777777" w:rsidTr="007331C9">
        <w:tc>
          <w:tcPr>
            <w:tcW w:w="9856" w:type="dxa"/>
          </w:tcPr>
          <w:p w14:paraId="57E097FC" w14:textId="572AE634" w:rsidR="00722B07" w:rsidRPr="002C598A" w:rsidRDefault="00722B07" w:rsidP="00722B07">
            <w:pPr>
              <w:spacing w:before="80" w:after="20"/>
              <w:rPr>
                <w:rFonts w:asciiTheme="majorEastAsia" w:eastAsiaTheme="majorEastAsia" w:hAnsiTheme="majorEastAsia"/>
                <w:bCs/>
                <w:lang w:eastAsia="ja-JP"/>
              </w:rPr>
            </w:pPr>
            <w:r w:rsidRPr="002C598A">
              <w:rPr>
                <w:rFonts w:asciiTheme="majorEastAsia" w:eastAsiaTheme="majorEastAsia" w:hAnsiTheme="majorEastAsia" w:hint="eastAsia"/>
                <w:bCs/>
                <w:lang w:eastAsia="ja-JP"/>
              </w:rPr>
              <w:t>受講決定番号</w:t>
            </w:r>
            <w:r>
              <w:rPr>
                <w:rFonts w:asciiTheme="majorEastAsia" w:eastAsiaTheme="majorEastAsia" w:hAnsiTheme="majorEastAsia" w:hint="eastAsia"/>
                <w:bCs/>
                <w:lang w:eastAsia="ja-JP"/>
              </w:rPr>
              <w:t>：</w:t>
            </w:r>
            <w:r w:rsidR="00AB496F">
              <w:rPr>
                <w:rFonts w:asciiTheme="majorEastAsia" w:eastAsiaTheme="majorEastAsia" w:hAnsiTheme="majorEastAsia" w:hint="eastAsia"/>
                <w:bCs/>
                <w:lang w:eastAsia="ja-JP"/>
              </w:rPr>
              <w:t xml:space="preserve">　</w:t>
            </w:r>
            <w:r>
              <w:rPr>
                <w:rFonts w:asciiTheme="majorEastAsia" w:eastAsiaTheme="majorEastAsia" w:hAnsiTheme="majorEastAsia" w:hint="eastAsia"/>
                <w:bCs/>
                <w:lang w:eastAsia="ja-JP"/>
              </w:rPr>
              <w:t xml:space="preserve">　　</w:t>
            </w:r>
            <w:r w:rsidRPr="002C598A">
              <w:rPr>
                <w:rFonts w:asciiTheme="majorEastAsia" w:eastAsiaTheme="majorEastAsia" w:hAnsiTheme="majorEastAsia" w:hint="eastAsia"/>
                <w:bCs/>
                <w:lang w:eastAsia="ja-JP"/>
              </w:rPr>
              <w:t>所属：</w:t>
            </w:r>
            <w:r>
              <w:rPr>
                <w:rFonts w:asciiTheme="majorEastAsia" w:eastAsiaTheme="majorEastAsia" w:hAnsiTheme="majorEastAsia" w:hint="eastAsia"/>
                <w:bCs/>
                <w:lang w:eastAsia="ja-JP"/>
              </w:rPr>
              <w:t xml:space="preserve">　　　　　　　　　</w:t>
            </w:r>
            <w:r w:rsidR="00AB496F">
              <w:rPr>
                <w:rFonts w:asciiTheme="majorEastAsia" w:eastAsiaTheme="majorEastAsia" w:hAnsiTheme="majorEastAsia" w:hint="eastAsia"/>
                <w:bCs/>
                <w:lang w:eastAsia="ja-JP"/>
              </w:rPr>
              <w:t xml:space="preserve">　　　　</w:t>
            </w:r>
            <w:r>
              <w:rPr>
                <w:rFonts w:asciiTheme="majorEastAsia" w:eastAsiaTheme="majorEastAsia" w:hAnsiTheme="majorEastAsia" w:hint="eastAsia"/>
                <w:bCs/>
                <w:lang w:eastAsia="ja-JP"/>
              </w:rPr>
              <w:t xml:space="preserve">　</w:t>
            </w:r>
            <w:r w:rsidRPr="002C598A">
              <w:rPr>
                <w:rFonts w:asciiTheme="majorEastAsia" w:eastAsiaTheme="majorEastAsia" w:hAnsiTheme="majorEastAsia" w:hint="eastAsia"/>
                <w:bCs/>
                <w:lang w:eastAsia="ja-JP"/>
              </w:rPr>
              <w:t>氏名：</w:t>
            </w:r>
          </w:p>
        </w:tc>
      </w:tr>
    </w:tbl>
    <w:p w14:paraId="33917E21" w14:textId="77777777" w:rsidR="00722B07" w:rsidRPr="006C00F1" w:rsidRDefault="00722B07" w:rsidP="00AB496F">
      <w:pPr>
        <w:ind w:left="113" w:hanging="113"/>
        <w:rPr>
          <w:rFonts w:asciiTheme="majorEastAsia" w:eastAsiaTheme="majorEastAsia" w:hAnsiTheme="majorEastAsia"/>
          <w:b/>
          <w:bCs/>
          <w:lang w:eastAsia="ja-JP"/>
        </w:rPr>
      </w:pPr>
      <w:r w:rsidRPr="006C00F1">
        <w:rPr>
          <w:rFonts w:asciiTheme="majorEastAsia" w:eastAsiaTheme="majorEastAsia" w:hAnsiTheme="majorEastAsia" w:hint="eastAsia"/>
          <w:b/>
          <w:bCs/>
          <w:lang w:eastAsia="ja-JP"/>
        </w:rPr>
        <w:t>【レポート作成について】</w:t>
      </w:r>
    </w:p>
    <w:p w14:paraId="542DC03C" w14:textId="4E3717CA" w:rsidR="00982B36" w:rsidRPr="006C00F1" w:rsidRDefault="00722B07" w:rsidP="00AB496F">
      <w:pPr>
        <w:ind w:left="113"/>
        <w:rPr>
          <w:rFonts w:asciiTheme="minorEastAsia" w:eastAsiaTheme="minorEastAsia" w:hAnsiTheme="minorEastAsia"/>
          <w:lang w:eastAsia="ja-JP"/>
        </w:rPr>
      </w:pPr>
      <w:r w:rsidRPr="006C00F1">
        <w:rPr>
          <w:rFonts w:asciiTheme="minorEastAsia" w:eastAsiaTheme="minorEastAsia" w:hAnsiTheme="minorEastAsia" w:hint="eastAsia"/>
          <w:lang w:eastAsia="ja-JP"/>
        </w:rPr>
        <w:t>集合研修「主任介護支援専門員としての実践の振り返りと指導及び支援の実践」におけるグループ演習をとおして、「</w:t>
      </w:r>
      <w:r w:rsidRPr="006C00F1">
        <w:rPr>
          <w:rFonts w:asciiTheme="minorEastAsia" w:eastAsiaTheme="minorEastAsia" w:hAnsiTheme="minorEastAsia"/>
          <w:lang w:eastAsia="ja-JP"/>
        </w:rPr>
        <w:t>学んだこと・気づいたこと・今後の実践に活かしたいこと</w:t>
      </w:r>
      <w:r w:rsidRPr="006C00F1">
        <w:rPr>
          <w:rFonts w:asciiTheme="minorEastAsia" w:eastAsiaTheme="minorEastAsia" w:hAnsiTheme="minorEastAsia" w:hint="eastAsia"/>
          <w:lang w:eastAsia="ja-JP"/>
        </w:rPr>
        <w:t>」について以下、</w:t>
      </w:r>
      <w:r w:rsidR="007C5630" w:rsidRPr="006C00F1">
        <w:rPr>
          <w:rFonts w:asciiTheme="minorEastAsia" w:eastAsiaTheme="minorEastAsia" w:hAnsiTheme="minorEastAsia"/>
          <w:lang w:eastAsia="ja-JP"/>
        </w:rPr>
        <w:t>４つの視点からまとめて</w:t>
      </w:r>
      <w:r w:rsidRPr="006C00F1">
        <w:rPr>
          <w:rFonts w:asciiTheme="minorEastAsia" w:eastAsiaTheme="minorEastAsia" w:hAnsiTheme="minorEastAsia" w:hint="eastAsia"/>
          <w:lang w:eastAsia="ja-JP"/>
        </w:rPr>
        <w:t>作成ください。</w:t>
      </w:r>
    </w:p>
    <w:p w14:paraId="7A34AE30" w14:textId="77777777" w:rsidR="00982B36" w:rsidRPr="006C00F1" w:rsidRDefault="007C5630" w:rsidP="00AB496F">
      <w:pPr>
        <w:ind w:left="113" w:hanging="113"/>
        <w:rPr>
          <w:rFonts w:asciiTheme="minorEastAsia" w:eastAsiaTheme="minorEastAsia" w:hAnsiTheme="minorEastAsia"/>
          <w:lang w:eastAsia="ja-JP"/>
        </w:rPr>
      </w:pPr>
      <w:r w:rsidRPr="006C00F1">
        <w:rPr>
          <w:rFonts w:asciiTheme="minorEastAsia" w:eastAsiaTheme="minorEastAsia" w:hAnsiTheme="minorEastAsia"/>
          <w:lang w:eastAsia="ja-JP"/>
        </w:rPr>
        <w:t>① 事例のアセスメント　② 指導した介護支援専門員のアセスメント</w:t>
      </w:r>
    </w:p>
    <w:p w14:paraId="520B52F5" w14:textId="03A07D5C" w:rsidR="00982B36" w:rsidRPr="006C00F1" w:rsidRDefault="007C5630" w:rsidP="00AB496F">
      <w:pPr>
        <w:ind w:left="113" w:hanging="113"/>
        <w:rPr>
          <w:rFonts w:asciiTheme="minorEastAsia" w:eastAsiaTheme="minorEastAsia" w:hAnsiTheme="minorEastAsia"/>
          <w:lang w:eastAsia="ja-JP"/>
        </w:rPr>
      </w:pPr>
      <w:r w:rsidRPr="006C00F1">
        <w:rPr>
          <w:rFonts w:asciiTheme="minorEastAsia" w:eastAsiaTheme="minorEastAsia" w:hAnsiTheme="minorEastAsia"/>
          <w:lang w:eastAsia="ja-JP"/>
        </w:rPr>
        <w:t>③ 自分自身の事例に対する指導・助言において、できていたこと、また努力が必要だと思うこと</w:t>
      </w:r>
    </w:p>
    <w:p w14:paraId="177A7406" w14:textId="28955311" w:rsidR="00982B36" w:rsidRPr="006C00F1" w:rsidRDefault="007C5630" w:rsidP="00AB496F">
      <w:pPr>
        <w:ind w:left="113" w:hanging="113"/>
        <w:rPr>
          <w:rFonts w:asciiTheme="minorEastAsia" w:eastAsiaTheme="minorEastAsia" w:hAnsiTheme="minorEastAsia"/>
          <w:lang w:eastAsia="ja-JP"/>
        </w:rPr>
      </w:pPr>
      <w:r w:rsidRPr="006C00F1">
        <w:rPr>
          <w:rFonts w:asciiTheme="minorEastAsia" w:eastAsiaTheme="minorEastAsia" w:hAnsiTheme="minorEastAsia"/>
          <w:lang w:eastAsia="ja-JP"/>
        </w:rPr>
        <w:t>④ 主任介護支援専門員として、指導者として、大切にしたいと思うこと</w:t>
      </w:r>
    </w:p>
    <w:p w14:paraId="4FC1B6B0" w14:textId="77777777" w:rsidR="00982B36" w:rsidRPr="006C00F1" w:rsidRDefault="007C5630" w:rsidP="00AB496F">
      <w:pPr>
        <w:ind w:left="113" w:hanging="113"/>
        <w:rPr>
          <w:rFonts w:asciiTheme="minorEastAsia" w:eastAsiaTheme="minorEastAsia" w:hAnsiTheme="minorEastAsia"/>
          <w:b/>
          <w:bCs/>
          <w:lang w:eastAsia="ja-JP"/>
        </w:rPr>
      </w:pPr>
      <w:r w:rsidRPr="006C00F1">
        <w:rPr>
          <w:rFonts w:asciiTheme="minorEastAsia" w:eastAsiaTheme="minorEastAsia" w:hAnsiTheme="minorEastAsia"/>
          <w:b/>
          <w:bCs/>
          <w:lang w:eastAsia="ja-JP"/>
        </w:rPr>
        <w:t>本文：１,０００字以上（11ポイント）</w:t>
      </w:r>
    </w:p>
    <w:p w14:paraId="2DDF23B4" w14:textId="17DBCF8B" w:rsidR="00F95C07" w:rsidRDefault="007C5630">
      <w:pPr>
        <w:spacing w:before="80" w:after="20"/>
        <w:rPr>
          <w:rFonts w:asciiTheme="minorEastAsia" w:eastAsiaTheme="minorEastAsia" w:hAnsiTheme="minorEastAsia"/>
          <w:b/>
          <w:lang w:eastAsia="ja-JP"/>
        </w:rPr>
      </w:pPr>
      <w:r w:rsidRPr="006C00F1">
        <w:rPr>
          <w:rFonts w:asciiTheme="minorEastAsia" w:eastAsiaTheme="minorEastAsia" w:hAnsiTheme="minorEastAsia"/>
          <w:b/>
          <w:lang w:eastAsia="ja-JP"/>
        </w:rPr>
        <w:t>【本文】</w:t>
      </w:r>
    </w:p>
    <w:p w14:paraId="30ACD117" w14:textId="77777777" w:rsidR="00F95C07" w:rsidRPr="00F95C07" w:rsidRDefault="00F95C07">
      <w:pPr>
        <w:spacing w:before="80" w:after="20"/>
        <w:rPr>
          <w:rFonts w:asciiTheme="minorEastAsia" w:eastAsiaTheme="minorEastAsia" w:hAnsiTheme="minorEastAsia" w:hint="eastAsia"/>
          <w:bCs/>
          <w:lang w:eastAsia="ja-JP"/>
        </w:rPr>
      </w:pPr>
    </w:p>
    <w:p w14:paraId="25A9C257" w14:textId="77777777" w:rsidR="00982B36" w:rsidRPr="006C00F1" w:rsidRDefault="00982B36">
      <w:pPr>
        <w:rPr>
          <w:rFonts w:asciiTheme="minorEastAsia" w:eastAsiaTheme="minorEastAsia" w:hAnsiTheme="minorEastAsia"/>
          <w:lang w:eastAsia="ja-JP"/>
        </w:rPr>
      </w:pPr>
    </w:p>
    <w:p w14:paraId="7C914FE1" w14:textId="77777777" w:rsidR="00982B36" w:rsidRPr="006C00F1" w:rsidRDefault="00982B36">
      <w:pPr>
        <w:rPr>
          <w:rFonts w:asciiTheme="minorEastAsia" w:eastAsiaTheme="minorEastAsia" w:hAnsiTheme="minorEastAsia"/>
          <w:lang w:eastAsia="ja-JP"/>
        </w:rPr>
      </w:pPr>
    </w:p>
    <w:p w14:paraId="6DB2677E" w14:textId="77777777" w:rsidR="00982B36" w:rsidRPr="006C00F1" w:rsidRDefault="00982B36">
      <w:pPr>
        <w:rPr>
          <w:rFonts w:asciiTheme="minorEastAsia" w:eastAsiaTheme="minorEastAsia" w:hAnsiTheme="minorEastAsia"/>
          <w:lang w:eastAsia="ja-JP"/>
        </w:rPr>
      </w:pPr>
    </w:p>
    <w:p w14:paraId="7039373E" w14:textId="77777777" w:rsidR="00982B36" w:rsidRPr="006C00F1" w:rsidRDefault="00982B36">
      <w:pPr>
        <w:rPr>
          <w:rFonts w:asciiTheme="minorEastAsia" w:eastAsiaTheme="minorEastAsia" w:hAnsiTheme="minorEastAsia"/>
          <w:lang w:eastAsia="ja-JP"/>
        </w:rPr>
      </w:pPr>
    </w:p>
    <w:p w14:paraId="5E094A12" w14:textId="77777777" w:rsidR="00982B36" w:rsidRPr="006C00F1" w:rsidRDefault="00982B36">
      <w:pPr>
        <w:rPr>
          <w:rFonts w:asciiTheme="minorEastAsia" w:eastAsiaTheme="minorEastAsia" w:hAnsiTheme="minorEastAsia"/>
          <w:lang w:eastAsia="ja-JP"/>
        </w:rPr>
      </w:pPr>
    </w:p>
    <w:p w14:paraId="256B7AD1" w14:textId="77777777" w:rsidR="00982B36" w:rsidRPr="006C00F1" w:rsidRDefault="00982B36">
      <w:pPr>
        <w:rPr>
          <w:rFonts w:asciiTheme="minorEastAsia" w:eastAsiaTheme="minorEastAsia" w:hAnsiTheme="minorEastAsia"/>
          <w:lang w:eastAsia="ja-JP"/>
        </w:rPr>
      </w:pPr>
    </w:p>
    <w:p w14:paraId="27537B72" w14:textId="77777777" w:rsidR="00982B36" w:rsidRPr="006C00F1" w:rsidRDefault="00982B36">
      <w:pPr>
        <w:rPr>
          <w:rFonts w:asciiTheme="minorEastAsia" w:eastAsiaTheme="minorEastAsia" w:hAnsiTheme="minorEastAsia"/>
          <w:lang w:eastAsia="ja-JP"/>
        </w:rPr>
      </w:pPr>
    </w:p>
    <w:p w14:paraId="48B37DE2" w14:textId="77777777" w:rsidR="00982B36" w:rsidRPr="006C00F1" w:rsidRDefault="00982B36">
      <w:pPr>
        <w:rPr>
          <w:rFonts w:asciiTheme="minorEastAsia" w:eastAsiaTheme="minorEastAsia" w:hAnsiTheme="minorEastAsia"/>
          <w:lang w:eastAsia="ja-JP"/>
        </w:rPr>
      </w:pPr>
    </w:p>
    <w:p w14:paraId="28F12D28" w14:textId="77777777" w:rsidR="00982B36" w:rsidRPr="006C00F1" w:rsidRDefault="00982B36">
      <w:pPr>
        <w:rPr>
          <w:rFonts w:asciiTheme="minorEastAsia" w:eastAsiaTheme="minorEastAsia" w:hAnsiTheme="minorEastAsia"/>
          <w:lang w:eastAsia="ja-JP"/>
        </w:rPr>
      </w:pPr>
    </w:p>
    <w:p w14:paraId="475E1A24" w14:textId="77777777" w:rsidR="00982B36" w:rsidRPr="006C00F1" w:rsidRDefault="00982B36">
      <w:pPr>
        <w:rPr>
          <w:rFonts w:asciiTheme="minorEastAsia" w:eastAsiaTheme="minorEastAsia" w:hAnsiTheme="minorEastAsia"/>
          <w:lang w:eastAsia="ja-JP"/>
        </w:rPr>
      </w:pPr>
    </w:p>
    <w:p w14:paraId="001DC347" w14:textId="77777777" w:rsidR="00982B36" w:rsidRPr="006C00F1" w:rsidRDefault="00982B36">
      <w:pPr>
        <w:rPr>
          <w:rFonts w:asciiTheme="minorEastAsia" w:eastAsiaTheme="minorEastAsia" w:hAnsiTheme="minorEastAsia"/>
          <w:lang w:eastAsia="ja-JP"/>
        </w:rPr>
      </w:pPr>
    </w:p>
    <w:p w14:paraId="10D9395C" w14:textId="77777777" w:rsidR="00982B36" w:rsidRPr="006C00F1" w:rsidRDefault="00982B36">
      <w:pPr>
        <w:rPr>
          <w:rFonts w:asciiTheme="minorEastAsia" w:eastAsiaTheme="minorEastAsia" w:hAnsiTheme="minorEastAsia"/>
          <w:lang w:eastAsia="ja-JP"/>
        </w:rPr>
      </w:pPr>
    </w:p>
    <w:p w14:paraId="787A4B99" w14:textId="77777777" w:rsidR="00982B36" w:rsidRPr="006C00F1" w:rsidRDefault="00982B36">
      <w:pPr>
        <w:rPr>
          <w:rFonts w:asciiTheme="minorEastAsia" w:eastAsiaTheme="minorEastAsia" w:hAnsiTheme="minorEastAsia"/>
          <w:lang w:eastAsia="ja-JP"/>
        </w:rPr>
      </w:pPr>
    </w:p>
    <w:p w14:paraId="06B3183D" w14:textId="77777777" w:rsidR="00982B36" w:rsidRPr="006C00F1" w:rsidRDefault="00982B36">
      <w:pPr>
        <w:rPr>
          <w:rFonts w:asciiTheme="minorEastAsia" w:eastAsiaTheme="minorEastAsia" w:hAnsiTheme="minorEastAsia"/>
          <w:lang w:eastAsia="ja-JP"/>
        </w:rPr>
      </w:pPr>
    </w:p>
    <w:p w14:paraId="1FB5982E" w14:textId="77777777" w:rsidR="00982B36" w:rsidRPr="006C00F1" w:rsidRDefault="00982B36">
      <w:pPr>
        <w:rPr>
          <w:rFonts w:asciiTheme="minorEastAsia" w:eastAsiaTheme="minorEastAsia" w:hAnsiTheme="minorEastAsia"/>
          <w:lang w:eastAsia="ja-JP"/>
        </w:rPr>
      </w:pPr>
    </w:p>
    <w:p w14:paraId="149BE326" w14:textId="77777777" w:rsidR="00982B36" w:rsidRPr="006C00F1" w:rsidRDefault="00982B36">
      <w:pPr>
        <w:rPr>
          <w:rFonts w:asciiTheme="minorEastAsia" w:eastAsiaTheme="minorEastAsia" w:hAnsiTheme="minorEastAsia"/>
          <w:lang w:eastAsia="ja-JP"/>
        </w:rPr>
      </w:pPr>
    </w:p>
    <w:p w14:paraId="3B65D264" w14:textId="77777777" w:rsidR="00982B36" w:rsidRPr="006C00F1" w:rsidRDefault="00982B36">
      <w:pPr>
        <w:rPr>
          <w:rFonts w:asciiTheme="minorEastAsia" w:eastAsiaTheme="minorEastAsia" w:hAnsiTheme="minorEastAsia"/>
          <w:lang w:eastAsia="ja-JP"/>
        </w:rPr>
      </w:pPr>
    </w:p>
    <w:p w14:paraId="4C4518E6" w14:textId="79ADD80F" w:rsidR="00982B36" w:rsidRPr="006C00F1" w:rsidRDefault="006C00F1">
      <w:pPr>
        <w:rPr>
          <w:rFonts w:asciiTheme="minorEastAsia" w:eastAsiaTheme="minorEastAsia" w:hAnsiTheme="minorEastAsia"/>
          <w:lang w:eastAsia="ja-JP"/>
        </w:rPr>
      </w:pPr>
      <w:r>
        <w:rPr>
          <w:rFonts w:asciiTheme="minorEastAsia" w:eastAsiaTheme="minorEastAsia" w:hAnsiTheme="minorEastAsia" w:hint="eastAsia"/>
          <w:lang w:eastAsia="ja-JP"/>
        </w:rPr>
        <w:t xml:space="preserve">　　　　　　　　　　　　　　　　　　　　　　　　　　　　　　　　　　　　　　　　　　　　　　　　　　　　　　　　　　　　　　　　　　　　　　　　　　　　　　　　　　　　　　　　　　　　　　　　　　　　　　　　　　　</w:t>
      </w:r>
    </w:p>
    <w:p w14:paraId="11D90FD7" w14:textId="77777777" w:rsidR="00982B36" w:rsidRDefault="00982B36">
      <w:pPr>
        <w:rPr>
          <w:rFonts w:asciiTheme="minorEastAsia" w:eastAsiaTheme="minorEastAsia" w:hAnsiTheme="minorEastAsia"/>
          <w:lang w:eastAsia="ja-JP"/>
        </w:rPr>
      </w:pPr>
    </w:p>
    <w:p w14:paraId="68FC6642" w14:textId="77777777" w:rsidR="006C00F1" w:rsidRDefault="006C00F1">
      <w:pPr>
        <w:rPr>
          <w:rFonts w:asciiTheme="minorEastAsia" w:eastAsiaTheme="minorEastAsia" w:hAnsiTheme="minorEastAsia"/>
          <w:lang w:eastAsia="ja-JP"/>
        </w:rPr>
      </w:pPr>
    </w:p>
    <w:p w14:paraId="34248982" w14:textId="77777777" w:rsidR="006C00F1" w:rsidRDefault="006C00F1">
      <w:pPr>
        <w:rPr>
          <w:rFonts w:asciiTheme="minorEastAsia" w:eastAsiaTheme="minorEastAsia" w:hAnsiTheme="minorEastAsia"/>
          <w:lang w:eastAsia="ja-JP"/>
        </w:rPr>
      </w:pPr>
    </w:p>
    <w:p w14:paraId="641B4604" w14:textId="77777777" w:rsidR="006C00F1" w:rsidRDefault="006C00F1">
      <w:pPr>
        <w:rPr>
          <w:rFonts w:asciiTheme="minorEastAsia" w:eastAsiaTheme="minorEastAsia" w:hAnsiTheme="minorEastAsia"/>
          <w:lang w:eastAsia="ja-JP"/>
        </w:rPr>
      </w:pPr>
    </w:p>
    <w:p w14:paraId="68E79515" w14:textId="77777777" w:rsidR="006C00F1" w:rsidRDefault="006C00F1">
      <w:pPr>
        <w:rPr>
          <w:rFonts w:asciiTheme="minorEastAsia" w:eastAsiaTheme="minorEastAsia" w:hAnsiTheme="minorEastAsia"/>
          <w:lang w:eastAsia="ja-JP"/>
        </w:rPr>
      </w:pPr>
    </w:p>
    <w:p w14:paraId="54271009" w14:textId="77777777" w:rsidR="006C00F1" w:rsidRDefault="006C00F1">
      <w:pPr>
        <w:rPr>
          <w:rFonts w:asciiTheme="minorEastAsia" w:eastAsiaTheme="minorEastAsia" w:hAnsiTheme="minorEastAsia"/>
          <w:lang w:eastAsia="ja-JP"/>
        </w:rPr>
      </w:pPr>
    </w:p>
    <w:p w14:paraId="685D6BC4" w14:textId="77777777" w:rsidR="006C00F1" w:rsidRDefault="006C00F1">
      <w:pPr>
        <w:rPr>
          <w:rFonts w:asciiTheme="minorEastAsia" w:eastAsiaTheme="minorEastAsia" w:hAnsiTheme="minorEastAsia"/>
          <w:lang w:eastAsia="ja-JP"/>
        </w:rPr>
      </w:pPr>
    </w:p>
    <w:p w14:paraId="0151F4B3" w14:textId="77777777" w:rsidR="006C00F1" w:rsidRDefault="006C00F1">
      <w:pPr>
        <w:rPr>
          <w:rFonts w:asciiTheme="minorEastAsia" w:eastAsiaTheme="minorEastAsia" w:hAnsiTheme="minorEastAsia"/>
          <w:lang w:eastAsia="ja-JP"/>
        </w:rPr>
      </w:pPr>
    </w:p>
    <w:p w14:paraId="3CBF44BD" w14:textId="77777777" w:rsidR="006C00F1" w:rsidRDefault="006C00F1">
      <w:pPr>
        <w:rPr>
          <w:rFonts w:asciiTheme="minorEastAsia" w:eastAsiaTheme="minorEastAsia" w:hAnsiTheme="minorEastAsia"/>
          <w:lang w:eastAsia="ja-JP"/>
        </w:rPr>
      </w:pPr>
    </w:p>
    <w:p w14:paraId="39117F44" w14:textId="77777777" w:rsidR="006C00F1" w:rsidRDefault="006C00F1">
      <w:pPr>
        <w:rPr>
          <w:rFonts w:asciiTheme="minorEastAsia" w:eastAsiaTheme="minorEastAsia" w:hAnsiTheme="minorEastAsia"/>
          <w:lang w:eastAsia="ja-JP"/>
        </w:rPr>
      </w:pPr>
    </w:p>
    <w:p w14:paraId="59D7CF85" w14:textId="77777777" w:rsidR="006C00F1" w:rsidRDefault="006C00F1">
      <w:pPr>
        <w:rPr>
          <w:rFonts w:asciiTheme="minorEastAsia" w:eastAsiaTheme="minorEastAsia" w:hAnsiTheme="minorEastAsia"/>
          <w:lang w:eastAsia="ja-JP"/>
        </w:rPr>
      </w:pPr>
    </w:p>
    <w:p w14:paraId="22E47FB9" w14:textId="77777777" w:rsidR="006C00F1" w:rsidRDefault="006C00F1">
      <w:pPr>
        <w:rPr>
          <w:rFonts w:asciiTheme="minorEastAsia" w:eastAsiaTheme="minorEastAsia" w:hAnsiTheme="minorEastAsia"/>
          <w:lang w:eastAsia="ja-JP"/>
        </w:rPr>
      </w:pPr>
    </w:p>
    <w:p w14:paraId="53702292" w14:textId="77777777" w:rsidR="006C00F1" w:rsidRDefault="006C00F1">
      <w:pPr>
        <w:rPr>
          <w:rFonts w:asciiTheme="minorEastAsia" w:eastAsiaTheme="minorEastAsia" w:hAnsiTheme="minorEastAsia"/>
          <w:lang w:eastAsia="ja-JP"/>
        </w:rPr>
      </w:pPr>
    </w:p>
    <w:p w14:paraId="488CCD69" w14:textId="77777777" w:rsidR="006C00F1" w:rsidRDefault="006C00F1">
      <w:pPr>
        <w:rPr>
          <w:rFonts w:asciiTheme="minorEastAsia" w:eastAsiaTheme="minorEastAsia" w:hAnsiTheme="minorEastAsia"/>
          <w:lang w:eastAsia="ja-JP"/>
        </w:rPr>
      </w:pPr>
    </w:p>
    <w:p w14:paraId="0F876BFF" w14:textId="77777777" w:rsidR="006C00F1" w:rsidRDefault="006C00F1">
      <w:pPr>
        <w:rPr>
          <w:rFonts w:asciiTheme="minorEastAsia" w:eastAsiaTheme="minorEastAsia" w:hAnsiTheme="minorEastAsia"/>
          <w:lang w:eastAsia="ja-JP"/>
        </w:rPr>
      </w:pPr>
    </w:p>
    <w:p w14:paraId="0F41854F" w14:textId="77777777" w:rsidR="006C00F1" w:rsidRDefault="006C00F1">
      <w:pPr>
        <w:rPr>
          <w:rFonts w:asciiTheme="minorEastAsia" w:eastAsiaTheme="minorEastAsia" w:hAnsiTheme="minorEastAsia"/>
          <w:lang w:eastAsia="ja-JP"/>
        </w:rPr>
      </w:pPr>
    </w:p>
    <w:p w14:paraId="2D2A52DD" w14:textId="77777777" w:rsidR="006C00F1" w:rsidRDefault="006C00F1">
      <w:pPr>
        <w:rPr>
          <w:rFonts w:asciiTheme="minorEastAsia" w:eastAsiaTheme="minorEastAsia" w:hAnsiTheme="minorEastAsia"/>
          <w:lang w:eastAsia="ja-JP"/>
        </w:rPr>
      </w:pPr>
    </w:p>
    <w:p w14:paraId="38257ADF" w14:textId="0FE55C1C" w:rsidR="006C00F1" w:rsidRPr="006C00F1" w:rsidRDefault="006C00F1">
      <w:pPr>
        <w:rPr>
          <w:rFonts w:asciiTheme="minorEastAsia" w:eastAsiaTheme="minorEastAsia" w:hAnsiTheme="minorEastAsia"/>
          <w:lang w:eastAsia="ja-JP"/>
        </w:rPr>
      </w:pPr>
    </w:p>
    <w:p w14:paraId="73519FBF" w14:textId="77777777" w:rsidR="00AB496F" w:rsidRPr="006C00F1" w:rsidRDefault="00AB496F">
      <w:pPr>
        <w:jc w:val="right"/>
        <w:rPr>
          <w:rFonts w:asciiTheme="minorEastAsia" w:eastAsiaTheme="minorEastAsia" w:hAnsiTheme="minorEastAsia"/>
          <w:i/>
          <w:sz w:val="18"/>
          <w:lang w:eastAsia="ja-JP"/>
        </w:rPr>
      </w:pPr>
    </w:p>
    <w:sectPr w:rsidR="00AB496F" w:rsidRPr="006C00F1" w:rsidSect="00034616">
      <w:headerReference w:type="default" r:id="rId8"/>
      <w:pgSz w:w="11906" w:h="16838"/>
      <w:pgMar w:top="737" w:right="1020" w:bottom="73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DD23" w14:textId="77777777" w:rsidR="00A50FD3" w:rsidRDefault="00A50FD3" w:rsidP="002C598A">
      <w:r>
        <w:separator/>
      </w:r>
    </w:p>
  </w:endnote>
  <w:endnote w:type="continuationSeparator" w:id="0">
    <w:p w14:paraId="67FE7654" w14:textId="77777777" w:rsidR="00A50FD3" w:rsidRDefault="00A50FD3" w:rsidP="002C5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C2125" w14:textId="77777777" w:rsidR="00A50FD3" w:rsidRDefault="00A50FD3" w:rsidP="002C598A">
      <w:r>
        <w:separator/>
      </w:r>
    </w:p>
  </w:footnote>
  <w:footnote w:type="continuationSeparator" w:id="0">
    <w:p w14:paraId="290A9C7B" w14:textId="77777777" w:rsidR="00A50FD3" w:rsidRDefault="00A50FD3" w:rsidP="002C5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05E7" w14:textId="3A902122" w:rsidR="00722B07" w:rsidRDefault="00722B07">
    <w:pPr>
      <w:pStyle w:val="a5"/>
      <w:rPr>
        <w:lang w:eastAsia="ja-JP"/>
      </w:rPr>
    </w:pPr>
    <w:r>
      <w:rPr>
        <w:rFonts w:hint="eastAsia"/>
        <w:lang w:eastAsia="ja-JP"/>
      </w:rPr>
      <w:t xml:space="preserve">　　　　　　　　　　　　　　　　　　　　　　　　　提出先　</w:t>
    </w:r>
    <w:r w:rsidR="00AB496F">
      <w:rPr>
        <w:rFonts w:ascii="メイリオ" w:eastAsia="メイリオ" w:hAnsi="メイリオ" w:hint="eastAsia"/>
        <w:color w:val="3D3F43"/>
        <w:sz w:val="19"/>
        <w:szCs w:val="19"/>
        <w:shd w:val="clear" w:color="auto" w:fill="FFFFFF"/>
        <w:lang w:eastAsia="ja-JP"/>
      </w:rPr>
      <w:t>caremane@ehime-shakyo.or.jp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10448677">
    <w:abstractNumId w:val="8"/>
  </w:num>
  <w:num w:numId="2" w16cid:durableId="2139033611">
    <w:abstractNumId w:val="6"/>
  </w:num>
  <w:num w:numId="3" w16cid:durableId="1326981500">
    <w:abstractNumId w:val="5"/>
  </w:num>
  <w:num w:numId="4" w16cid:durableId="976910998">
    <w:abstractNumId w:val="4"/>
  </w:num>
  <w:num w:numId="5" w16cid:durableId="1138259327">
    <w:abstractNumId w:val="7"/>
  </w:num>
  <w:num w:numId="6" w16cid:durableId="1142650753">
    <w:abstractNumId w:val="3"/>
  </w:num>
  <w:num w:numId="7" w16cid:durableId="718699875">
    <w:abstractNumId w:val="2"/>
  </w:num>
  <w:num w:numId="8" w16cid:durableId="2020808211">
    <w:abstractNumId w:val="1"/>
  </w:num>
  <w:num w:numId="9" w16cid:durableId="210063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598A"/>
    <w:rsid w:val="002D5A80"/>
    <w:rsid w:val="00326F90"/>
    <w:rsid w:val="00336B3C"/>
    <w:rsid w:val="00447D47"/>
    <w:rsid w:val="00530DB5"/>
    <w:rsid w:val="00632B2B"/>
    <w:rsid w:val="006C00F1"/>
    <w:rsid w:val="00722B07"/>
    <w:rsid w:val="007C5630"/>
    <w:rsid w:val="008E13DA"/>
    <w:rsid w:val="008E308A"/>
    <w:rsid w:val="00982B36"/>
    <w:rsid w:val="00A14AF2"/>
    <w:rsid w:val="00A50FD3"/>
    <w:rsid w:val="00AA1D8D"/>
    <w:rsid w:val="00AB496F"/>
    <w:rsid w:val="00B47730"/>
    <w:rsid w:val="00BD5FF3"/>
    <w:rsid w:val="00CA0CF5"/>
    <w:rsid w:val="00CB0664"/>
    <w:rsid w:val="00DE198D"/>
    <w:rsid w:val="00F81E83"/>
    <w:rsid w:val="00F95C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1683514"/>
  <w14:defaultImageDpi w14:val="300"/>
  <w15:docId w15:val="{78225530-62B1-4CB2-8035-924752047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Yu Gothic" w:eastAsia="Yu Gothic" w:hAnsi="Yu Gothic"/>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71</Words>
  <Characters>409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愛媛県社協63</cp:lastModifiedBy>
  <cp:revision>8</cp:revision>
  <dcterms:created xsi:type="dcterms:W3CDTF">2026-09-15T05:25:00Z</dcterms:created>
  <dcterms:modified xsi:type="dcterms:W3CDTF">2026-10-05T00:14:00Z</dcterms:modified>
  <cp:category/>
</cp:coreProperties>
</file>